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Training Sign-In Sheet</w:t>
      </w:r>
    </w:p>
    <w:p>
      <w:r>
        <w:rPr>
          <w:b/>
        </w:rPr>
        <w:t xml:space="preserve">Date: </w:t>
      </w:r>
      <w:r>
        <w:t xml:space="preserve">____________________    </w:t>
      </w:r>
      <w:r>
        <w:rPr>
          <w:b/>
        </w:rPr>
        <w:t xml:space="preserve">Title of Training: </w:t>
      </w:r>
      <w:r>
        <w:t>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Employee Name (Print &amp; Sign)</w:t>
            </w:r>
          </w:p>
        </w:tc>
        <w:tc>
          <w:tcPr>
            <w:tcW w:type="dxa" w:w="2880"/>
          </w:tcPr>
          <w:p>
            <w:r>
              <w:t>Date</w:t>
            </w:r>
          </w:p>
        </w:tc>
        <w:tc>
          <w:tcPr>
            <w:tcW w:type="dxa" w:w="2880"/>
          </w:tcPr>
          <w:p>
            <w:r>
              <w:t>Initials (Optional)</w:t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  <w:tr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  <w:tc>
          <w:tcPr>
            <w:tcW w:type="dxa" w:w="2880"/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5" ma:contentTypeDescription="Create a new document." ma:contentTypeScope="" ma:versionID="11af63af09be7da39cc396c67838038e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c414c29a74fc71648f09fe817ff41c4b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  <xsd:element name="FiscalYear" ma:index="30" nillable="true" ma:displayName="Fiscal Year" ma:format="Dropdown" ma:internalName="Fiscal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7"/>
                    <xsd:enumeration value="FY26"/>
                    <xsd:enumeration value="FY25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FiscalYear xmlns="d88a5585-8329-475e-b2d5-3ecaed923975"/>
    <lcf76f155ced4ddcb4097134ff3c332f xmlns="d88a5585-8329-475e-b2d5-3ecaed923975">
      <Terms xmlns="http://schemas.microsoft.com/office/infopath/2007/PartnerControls"/>
    </lcf76f155ced4ddcb4097134ff3c332f>
    <Content xmlns="d88a5585-8329-475e-b2d5-3ecaed92397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1BFA77-9B63-4F25-B1E4-3E6EFF6AB92F}"/>
</file>

<file path=customXml/itemProps3.xml><?xml version="1.0" encoding="utf-8"?>
<ds:datastoreItem xmlns:ds="http://schemas.openxmlformats.org/officeDocument/2006/customXml" ds:itemID="{D248283B-C044-4325-BFC7-D4E5A64659DB}"/>
</file>

<file path=customXml/itemProps4.xml><?xml version="1.0" encoding="utf-8"?>
<ds:datastoreItem xmlns:ds="http://schemas.openxmlformats.org/officeDocument/2006/customXml" ds:itemID="{1476C266-641D-4195-A144-C35319B65F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